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E0C56" w14:textId="77777777" w:rsidR="009000B1" w:rsidRPr="000653BA" w:rsidRDefault="00000000">
      <w:pPr>
        <w:spacing w:after="480"/>
        <w:jc w:val="center"/>
        <w:rPr>
          <w:lang w:val="pl-PL"/>
        </w:rPr>
      </w:pPr>
      <w:r w:rsidRPr="000653BA">
        <w:rPr>
          <w:rFonts w:ascii="Arial" w:hAnsi="Arial"/>
          <w:b/>
          <w:color w:val="1A365D"/>
          <w:sz w:val="36"/>
          <w:lang w:val="pl-PL"/>
        </w:rPr>
        <w:t>KALENDARZ IMPREZ SZKOLNYCH</w:t>
      </w:r>
      <w:r w:rsidRPr="000653BA">
        <w:rPr>
          <w:rFonts w:ascii="Arial" w:hAnsi="Arial"/>
          <w:b/>
          <w:color w:val="1A365D"/>
          <w:sz w:val="36"/>
          <w:lang w:val="pl-PL"/>
        </w:rPr>
        <w:br/>
        <w:t>ROK SZKOLNY 2026/2027</w:t>
      </w:r>
    </w:p>
    <w:tbl>
      <w:tblPr>
        <w:tblW w:w="0" w:type="auto"/>
        <w:jc w:val="center"/>
        <w:tblBorders>
          <w:top w:val="single" w:sz="4" w:space="0" w:color="D3D3D3"/>
          <w:bottom w:val="single" w:sz="6" w:space="0" w:color="A0A0A0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2160"/>
        <w:gridCol w:w="1440"/>
        <w:gridCol w:w="5760"/>
      </w:tblGrid>
      <w:tr w:rsidR="009000B1" w14:paraId="3C29B2DB" w14:textId="77777777">
        <w:trPr>
          <w:jc w:val="center"/>
        </w:trPr>
        <w:tc>
          <w:tcPr>
            <w:tcW w:w="2160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9C0800" w14:textId="77777777" w:rsidR="009000B1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Miesiąc</w:t>
            </w:r>
          </w:p>
        </w:tc>
        <w:tc>
          <w:tcPr>
            <w:tcW w:w="1440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EBA9C9" w14:textId="77777777" w:rsidR="009000B1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</w:rPr>
              <w:t>Dzień</w:t>
            </w:r>
          </w:p>
        </w:tc>
        <w:tc>
          <w:tcPr>
            <w:tcW w:w="5760" w:type="dxa"/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DD704B" w14:textId="77777777" w:rsidR="009000B1" w:rsidRDefault="00000000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Nazwa Wydarzenia / Imprezy</w:t>
            </w:r>
          </w:p>
        </w:tc>
      </w:tr>
      <w:tr w:rsidR="009000B1" w14:paraId="0DA68C09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6BF4B95" w14:textId="77777777" w:rsidR="009000B1" w:rsidRDefault="00000000">
            <w:pPr>
              <w:spacing w:after="0"/>
            </w:pPr>
            <w:r>
              <w:rPr>
                <w:rFonts w:ascii="Arial" w:hAnsi="Arial"/>
                <w:b/>
                <w:color w:val="2D3748"/>
                <w:sz w:val="20"/>
              </w:rPr>
              <w:t>Wrzesień 2026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C36CAC" w14:textId="46825D52" w:rsidR="009000B1" w:rsidRDefault="000653BA">
            <w:pPr>
              <w:spacing w:after="0"/>
              <w:jc w:val="center"/>
            </w:pPr>
            <w:r>
              <w:t>01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2CB848" w14:textId="1EED01E6" w:rsidR="009000B1" w:rsidRDefault="000653BA">
            <w:pPr>
              <w:spacing w:after="0"/>
            </w:pPr>
            <w:r>
              <w:t>Rozpoczęcie roku szkolnego</w:t>
            </w:r>
          </w:p>
        </w:tc>
      </w:tr>
      <w:tr w:rsidR="000653BA" w14:paraId="1199213C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A3423D5" w14:textId="77777777" w:rsidR="000653BA" w:rsidRDefault="000653BA">
            <w:pPr>
              <w:spacing w:after="0"/>
              <w:rPr>
                <w:rFonts w:ascii="Arial" w:hAnsi="Arial"/>
                <w:b/>
                <w:color w:val="2D3748"/>
                <w:sz w:val="20"/>
              </w:rPr>
            </w:pPr>
          </w:p>
        </w:tc>
        <w:tc>
          <w:tcPr>
            <w:tcW w:w="14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D4F7519" w14:textId="3FAFDB51" w:rsidR="000653BA" w:rsidRDefault="000653BA">
            <w:pPr>
              <w:spacing w:after="0"/>
              <w:jc w:val="center"/>
            </w:pPr>
            <w:r>
              <w:t>02-04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C4C2E4C" w14:textId="07A71D65" w:rsidR="000653BA" w:rsidRDefault="000653BA">
            <w:pPr>
              <w:spacing w:after="0"/>
            </w:pPr>
            <w:r>
              <w:t>Tydzień projektowy</w:t>
            </w:r>
          </w:p>
        </w:tc>
      </w:tr>
      <w:tr w:rsidR="000653BA" w14:paraId="3872E2DB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AE94A9" w14:textId="77777777" w:rsidR="000653BA" w:rsidRDefault="000653BA">
            <w:pPr>
              <w:spacing w:after="0"/>
              <w:rPr>
                <w:rFonts w:ascii="Arial" w:hAnsi="Arial"/>
                <w:b/>
                <w:color w:val="2D3748"/>
                <w:sz w:val="20"/>
              </w:rPr>
            </w:pPr>
          </w:p>
        </w:tc>
        <w:tc>
          <w:tcPr>
            <w:tcW w:w="14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689CAF1" w14:textId="01737F21" w:rsidR="000653BA" w:rsidRDefault="000653BA">
            <w:pPr>
              <w:spacing w:after="0"/>
              <w:jc w:val="center"/>
            </w:pPr>
            <w:r>
              <w:t>07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F3B7E8E" w14:textId="5FBAC570" w:rsidR="000653BA" w:rsidRDefault="000653BA">
            <w:pPr>
              <w:spacing w:after="0"/>
            </w:pPr>
            <w:r>
              <w:t>Czytanie narodowe - Dziady</w:t>
            </w:r>
          </w:p>
        </w:tc>
      </w:tr>
      <w:tr w:rsidR="009000B1" w14:paraId="32F72BD9" w14:textId="77777777">
        <w:trPr>
          <w:jc w:val="center"/>
        </w:trPr>
        <w:tc>
          <w:tcPr>
            <w:tcW w:w="21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56DBA2" w14:textId="77777777" w:rsidR="009000B1" w:rsidRDefault="00000000">
            <w:pPr>
              <w:spacing w:after="0"/>
            </w:pPr>
            <w:r>
              <w:rPr>
                <w:rFonts w:ascii="Arial" w:hAnsi="Arial"/>
                <w:b/>
                <w:color w:val="2D3748"/>
                <w:sz w:val="20"/>
              </w:rPr>
              <w:t>Październik 2026</w:t>
            </w:r>
          </w:p>
        </w:tc>
        <w:tc>
          <w:tcPr>
            <w:tcW w:w="14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434AFB1" w14:textId="08EA4088" w:rsidR="009000B1" w:rsidRDefault="00D40DC6">
            <w:pPr>
              <w:spacing w:after="0"/>
              <w:jc w:val="center"/>
            </w:pPr>
            <w:r>
              <w:t>13</w:t>
            </w:r>
          </w:p>
        </w:tc>
        <w:tc>
          <w:tcPr>
            <w:tcW w:w="57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444EAFA" w14:textId="073839DB" w:rsidR="009000B1" w:rsidRDefault="00D40DC6">
            <w:pPr>
              <w:spacing w:after="0"/>
            </w:pPr>
            <w:r>
              <w:t>Ślubowanie klas I</w:t>
            </w:r>
          </w:p>
        </w:tc>
      </w:tr>
      <w:tr w:rsidR="009000B1" w14:paraId="56AD0088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F59F20E" w14:textId="77777777" w:rsidR="009000B1" w:rsidRDefault="00000000">
            <w:pPr>
              <w:spacing w:after="0"/>
            </w:pPr>
            <w:r>
              <w:rPr>
                <w:rFonts w:ascii="Arial" w:hAnsi="Arial"/>
                <w:b/>
                <w:color w:val="2D3748"/>
                <w:sz w:val="20"/>
              </w:rPr>
              <w:t>Listopad 2026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8A7F534" w14:textId="731E9F74" w:rsidR="009000B1" w:rsidRDefault="00D40DC6">
            <w:pPr>
              <w:spacing w:after="0"/>
              <w:jc w:val="center"/>
            </w:pPr>
            <w:r>
              <w:t>24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E7697DE" w14:textId="466CEF78" w:rsidR="009000B1" w:rsidRDefault="00D40DC6">
            <w:pPr>
              <w:spacing w:after="0"/>
            </w:pPr>
            <w:r>
              <w:t>Andrzejki przy muzyce</w:t>
            </w:r>
          </w:p>
        </w:tc>
      </w:tr>
      <w:tr w:rsidR="009000B1" w14:paraId="1468ADA4" w14:textId="77777777">
        <w:trPr>
          <w:jc w:val="center"/>
        </w:trPr>
        <w:tc>
          <w:tcPr>
            <w:tcW w:w="21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FA3600" w14:textId="77777777" w:rsidR="009000B1" w:rsidRDefault="00000000">
            <w:pPr>
              <w:spacing w:after="0"/>
            </w:pPr>
            <w:r>
              <w:rPr>
                <w:rFonts w:ascii="Arial" w:hAnsi="Arial"/>
                <w:b/>
                <w:color w:val="2D3748"/>
                <w:sz w:val="20"/>
              </w:rPr>
              <w:t>Grudzień 2026</w:t>
            </w:r>
          </w:p>
        </w:tc>
        <w:tc>
          <w:tcPr>
            <w:tcW w:w="14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AF67A9D" w14:textId="11F4FB7B" w:rsidR="009000B1" w:rsidRDefault="00D40DC6">
            <w:pPr>
              <w:spacing w:after="0"/>
              <w:jc w:val="center"/>
            </w:pPr>
            <w:r>
              <w:t>04</w:t>
            </w:r>
          </w:p>
        </w:tc>
        <w:tc>
          <w:tcPr>
            <w:tcW w:w="57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CA9FFE" w14:textId="265D6014" w:rsidR="009000B1" w:rsidRDefault="00D40DC6">
            <w:pPr>
              <w:spacing w:after="0"/>
            </w:pPr>
            <w:r>
              <w:t>Kiermasz świąteczny</w:t>
            </w:r>
          </w:p>
        </w:tc>
      </w:tr>
      <w:tr w:rsidR="009000B1" w14:paraId="7FF631F4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DA224E" w14:textId="77777777" w:rsidR="009000B1" w:rsidRDefault="00000000">
            <w:pPr>
              <w:spacing w:after="0"/>
            </w:pPr>
            <w:r>
              <w:rPr>
                <w:rFonts w:ascii="Arial" w:hAnsi="Arial"/>
                <w:b/>
                <w:color w:val="2D3748"/>
                <w:sz w:val="20"/>
              </w:rPr>
              <w:t>Styczeń 2027</w:t>
            </w:r>
          </w:p>
        </w:tc>
        <w:tc>
          <w:tcPr>
            <w:tcW w:w="14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162C6E0" w14:textId="57F2BFE2" w:rsidR="009000B1" w:rsidRDefault="0010579B">
            <w:pPr>
              <w:spacing w:after="0"/>
              <w:jc w:val="center"/>
            </w:pPr>
            <w:r>
              <w:t>26</w:t>
            </w:r>
          </w:p>
        </w:tc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5747696" w14:textId="07AF2279" w:rsidR="009000B1" w:rsidRDefault="0010579B">
            <w:pPr>
              <w:spacing w:after="0"/>
            </w:pPr>
            <w:r>
              <w:t>Bal karnawałowy</w:t>
            </w:r>
          </w:p>
        </w:tc>
      </w:tr>
      <w:tr w:rsidR="009000B1" w:rsidRPr="001A5C70" w14:paraId="31346FA6" w14:textId="77777777">
        <w:trPr>
          <w:jc w:val="center"/>
        </w:trPr>
        <w:tc>
          <w:tcPr>
            <w:tcW w:w="21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5AD4822" w14:textId="77777777" w:rsidR="009000B1" w:rsidRDefault="00000000">
            <w:pPr>
              <w:spacing w:after="0"/>
            </w:pPr>
            <w:r>
              <w:rPr>
                <w:rFonts w:ascii="Arial" w:hAnsi="Arial"/>
                <w:b/>
                <w:color w:val="2D3748"/>
                <w:sz w:val="20"/>
              </w:rPr>
              <w:t>Czerwiec 2027</w:t>
            </w:r>
          </w:p>
        </w:tc>
        <w:tc>
          <w:tcPr>
            <w:tcW w:w="14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3B5061C" w14:textId="0FF3FCDF" w:rsidR="009000B1" w:rsidRDefault="001A5C70">
            <w:pPr>
              <w:spacing w:after="0"/>
              <w:jc w:val="center"/>
            </w:pPr>
            <w:r>
              <w:t>01</w:t>
            </w:r>
          </w:p>
        </w:tc>
        <w:tc>
          <w:tcPr>
            <w:tcW w:w="57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B83E22" w14:textId="256E002E" w:rsidR="009000B1" w:rsidRPr="001A5C70" w:rsidRDefault="001A5C70">
            <w:pPr>
              <w:spacing w:after="0"/>
              <w:rPr>
                <w:lang w:val="pl-PL"/>
              </w:rPr>
            </w:pPr>
            <w:r w:rsidRPr="001A5C70">
              <w:rPr>
                <w:lang w:val="pl-PL"/>
              </w:rPr>
              <w:t xml:space="preserve">Dzień Dziecka </w:t>
            </w:r>
            <w:r>
              <w:rPr>
                <w:lang w:val="pl-PL"/>
              </w:rPr>
              <w:t>i</w:t>
            </w:r>
            <w:r w:rsidRPr="001A5C70">
              <w:rPr>
                <w:lang w:val="pl-PL"/>
              </w:rPr>
              <w:t xml:space="preserve"> Dzień S</w:t>
            </w:r>
            <w:r>
              <w:rPr>
                <w:lang w:val="pl-PL"/>
              </w:rPr>
              <w:t>portu</w:t>
            </w:r>
          </w:p>
        </w:tc>
      </w:tr>
      <w:tr w:rsidR="001A5C70" w:rsidRPr="001A5C70" w14:paraId="45E6170E" w14:textId="77777777">
        <w:trPr>
          <w:jc w:val="center"/>
        </w:trPr>
        <w:tc>
          <w:tcPr>
            <w:tcW w:w="21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3FCB1C1" w14:textId="77777777" w:rsidR="001A5C70" w:rsidRPr="001A5C70" w:rsidRDefault="001A5C70">
            <w:pPr>
              <w:spacing w:after="0"/>
              <w:rPr>
                <w:rFonts w:ascii="Arial" w:hAnsi="Arial"/>
                <w:b/>
                <w:color w:val="2D3748"/>
                <w:sz w:val="20"/>
                <w:lang w:val="pl-PL"/>
              </w:rPr>
            </w:pPr>
          </w:p>
        </w:tc>
        <w:tc>
          <w:tcPr>
            <w:tcW w:w="14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03C22FC" w14:textId="77D784CA" w:rsidR="001A5C70" w:rsidRPr="001A5C70" w:rsidRDefault="001A5C70">
            <w:pPr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18</w:t>
            </w:r>
          </w:p>
        </w:tc>
        <w:tc>
          <w:tcPr>
            <w:tcW w:w="57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E1710A3" w14:textId="794B1555" w:rsidR="001A5C70" w:rsidRPr="001A5C70" w:rsidRDefault="001A5C70">
            <w:pPr>
              <w:spacing w:after="0"/>
              <w:rPr>
                <w:lang w:val="pl-PL"/>
              </w:rPr>
            </w:pPr>
            <w:r>
              <w:rPr>
                <w:lang w:val="pl-PL"/>
              </w:rPr>
              <w:t>Bal Ósmoklasisty</w:t>
            </w:r>
          </w:p>
        </w:tc>
      </w:tr>
      <w:tr w:rsidR="001A5C70" w:rsidRPr="001A5C70" w14:paraId="08451EB2" w14:textId="77777777">
        <w:trPr>
          <w:jc w:val="center"/>
        </w:trPr>
        <w:tc>
          <w:tcPr>
            <w:tcW w:w="21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7ADE76A" w14:textId="77777777" w:rsidR="001A5C70" w:rsidRPr="001A5C70" w:rsidRDefault="001A5C70">
            <w:pPr>
              <w:spacing w:after="0"/>
              <w:rPr>
                <w:rFonts w:ascii="Arial" w:hAnsi="Arial"/>
                <w:b/>
                <w:color w:val="2D3748"/>
                <w:sz w:val="20"/>
                <w:lang w:val="pl-PL"/>
              </w:rPr>
            </w:pPr>
          </w:p>
        </w:tc>
        <w:tc>
          <w:tcPr>
            <w:tcW w:w="14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938D59" w14:textId="0C33A922" w:rsidR="001A5C70" w:rsidRDefault="001A5C70">
            <w:pPr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22-23</w:t>
            </w:r>
          </w:p>
        </w:tc>
        <w:tc>
          <w:tcPr>
            <w:tcW w:w="57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8A25FE0" w14:textId="7B43557A" w:rsidR="001A5C70" w:rsidRDefault="001A5C70">
            <w:pPr>
              <w:spacing w:after="0"/>
              <w:rPr>
                <w:lang w:val="pl-PL"/>
              </w:rPr>
            </w:pPr>
            <w:r>
              <w:rPr>
                <w:lang w:val="pl-PL"/>
              </w:rPr>
              <w:t>Wycieczki klasowe</w:t>
            </w:r>
          </w:p>
        </w:tc>
      </w:tr>
      <w:tr w:rsidR="001A5C70" w:rsidRPr="001A5C70" w14:paraId="5DD5D68E" w14:textId="77777777">
        <w:trPr>
          <w:jc w:val="center"/>
        </w:trPr>
        <w:tc>
          <w:tcPr>
            <w:tcW w:w="21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69621AC" w14:textId="77777777" w:rsidR="001A5C70" w:rsidRPr="001A5C70" w:rsidRDefault="001A5C70">
            <w:pPr>
              <w:spacing w:after="0"/>
              <w:rPr>
                <w:rFonts w:ascii="Arial" w:hAnsi="Arial"/>
                <w:b/>
                <w:color w:val="2D3748"/>
                <w:sz w:val="20"/>
                <w:lang w:val="pl-PL"/>
              </w:rPr>
            </w:pPr>
          </w:p>
        </w:tc>
        <w:tc>
          <w:tcPr>
            <w:tcW w:w="14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969B9B" w14:textId="4003CAF9" w:rsidR="001A5C70" w:rsidRDefault="001A5C70">
            <w:pPr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25</w:t>
            </w:r>
          </w:p>
        </w:tc>
        <w:tc>
          <w:tcPr>
            <w:tcW w:w="576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4DC2DCD" w14:textId="0967766B" w:rsidR="001A5C70" w:rsidRDefault="001A5C70">
            <w:pPr>
              <w:spacing w:after="0"/>
              <w:rPr>
                <w:lang w:val="pl-PL"/>
              </w:rPr>
            </w:pPr>
            <w:r>
              <w:rPr>
                <w:lang w:val="pl-PL"/>
              </w:rPr>
              <w:t>Zakończenie roku szkolnego</w:t>
            </w:r>
          </w:p>
        </w:tc>
      </w:tr>
    </w:tbl>
    <w:p w14:paraId="43AC1037" w14:textId="77777777" w:rsidR="00FD439C" w:rsidRPr="001A5C70" w:rsidRDefault="00FD439C">
      <w:pPr>
        <w:rPr>
          <w:lang w:val="pl-PL"/>
        </w:rPr>
      </w:pPr>
    </w:p>
    <w:sectPr w:rsidR="00FD439C" w:rsidRPr="001A5C7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9258953">
    <w:abstractNumId w:val="8"/>
  </w:num>
  <w:num w:numId="2" w16cid:durableId="592710467">
    <w:abstractNumId w:val="6"/>
  </w:num>
  <w:num w:numId="3" w16cid:durableId="906652323">
    <w:abstractNumId w:val="5"/>
  </w:num>
  <w:num w:numId="4" w16cid:durableId="2019580993">
    <w:abstractNumId w:val="4"/>
  </w:num>
  <w:num w:numId="5" w16cid:durableId="75128316">
    <w:abstractNumId w:val="7"/>
  </w:num>
  <w:num w:numId="6" w16cid:durableId="2095933357">
    <w:abstractNumId w:val="3"/>
  </w:num>
  <w:num w:numId="7" w16cid:durableId="454375860">
    <w:abstractNumId w:val="2"/>
  </w:num>
  <w:num w:numId="8" w16cid:durableId="1222400786">
    <w:abstractNumId w:val="1"/>
  </w:num>
  <w:num w:numId="9" w16cid:durableId="512499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3BA"/>
    <w:rsid w:val="0010579B"/>
    <w:rsid w:val="0015074B"/>
    <w:rsid w:val="001A5C70"/>
    <w:rsid w:val="0029639D"/>
    <w:rsid w:val="00326F90"/>
    <w:rsid w:val="003913AF"/>
    <w:rsid w:val="007E2C8A"/>
    <w:rsid w:val="009000B1"/>
    <w:rsid w:val="00AA1D8D"/>
    <w:rsid w:val="00B47730"/>
    <w:rsid w:val="00CB0664"/>
    <w:rsid w:val="00D40DC6"/>
    <w:rsid w:val="00FC693F"/>
    <w:rsid w:val="00FD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DA2732"/>
  <w14:defaultImageDpi w14:val="300"/>
  <w15:docId w15:val="{89CD1A07-B02E-4016-9CCF-3865E512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Nowakowska-Kulesza</cp:lastModifiedBy>
  <cp:revision>6</cp:revision>
  <dcterms:created xsi:type="dcterms:W3CDTF">2026-08-27T13:48:00Z</dcterms:created>
  <dcterms:modified xsi:type="dcterms:W3CDTF">2026-08-27T13:52:00Z</dcterms:modified>
  <cp:category/>
</cp:coreProperties>
</file>